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FB8" w:rsidRDefault="004F5E25">
      <w:pPr>
        <w:pStyle w:val="Heading1"/>
      </w:pPr>
      <w:r>
        <w:t>Applied Design, Skills, and Technologies (ADST) Syllabus</w:t>
      </w:r>
    </w:p>
    <w:p w:rsidR="00A36FB8" w:rsidRDefault="004F5E25">
      <w:r>
        <w:t>**Course Duration:** February 10 – April 4</w:t>
      </w:r>
      <w:r>
        <w:br/>
        <w:t>**Instructor:** Dave</w:t>
      </w:r>
      <w:r>
        <w:br/>
        <w:t>**Grade Level:** High School</w:t>
      </w:r>
      <w:r>
        <w:br/>
        <w:t>**Location:** Helen Kalvak Elihakvik</w:t>
      </w:r>
      <w:r>
        <w:br/>
      </w:r>
    </w:p>
    <w:p w:rsidR="00A36FB8" w:rsidRDefault="004F5E25">
      <w:pPr>
        <w:pStyle w:val="Heading2"/>
      </w:pPr>
      <w:r>
        <w:t>Table of Contents</w:t>
      </w:r>
    </w:p>
    <w:p w:rsidR="00A36FB8" w:rsidRDefault="004F5E25">
      <w:pPr>
        <w:pStyle w:val="ListBullet"/>
      </w:pPr>
      <w:r>
        <w:t>1. Course Description</w:t>
      </w:r>
    </w:p>
    <w:p w:rsidR="00A36FB8" w:rsidRDefault="004F5E25">
      <w:pPr>
        <w:pStyle w:val="ListBullet"/>
      </w:pPr>
      <w:r>
        <w:t>2. Course Schedule &amp; Topics</w:t>
      </w:r>
    </w:p>
    <w:p w:rsidR="00A36FB8" w:rsidRDefault="004F5E25">
      <w:pPr>
        <w:pStyle w:val="ListBullet"/>
      </w:pPr>
      <w:r>
        <w:t xml:space="preserve">   - Week 1: Media Design (Website Creation)</w:t>
      </w:r>
    </w:p>
    <w:p w:rsidR="00A36FB8" w:rsidRDefault="004F5E25">
      <w:pPr>
        <w:pStyle w:val="ListBullet"/>
      </w:pPr>
      <w:r>
        <w:t xml:space="preserve">   - Week 2-3: 3D Design</w:t>
      </w:r>
    </w:p>
    <w:p w:rsidR="00A36FB8" w:rsidRDefault="004F5E25">
      <w:pPr>
        <w:pStyle w:val="ListBullet"/>
      </w:pPr>
      <w:r>
        <w:t xml:space="preserve">   - Week 4-5: Culinary Arts Basics</w:t>
      </w:r>
    </w:p>
    <w:p w:rsidR="00A36FB8" w:rsidRDefault="004F5E25">
      <w:pPr>
        <w:pStyle w:val="ListBullet"/>
      </w:pPr>
      <w:r>
        <w:t xml:space="preserve">   - Week 6-7: Woodworking (Building a Stool)</w:t>
      </w:r>
    </w:p>
    <w:p w:rsidR="00A36FB8" w:rsidRDefault="004F5E25">
      <w:pPr>
        <w:pStyle w:val="ListBullet"/>
      </w:pPr>
      <w:r>
        <w:t xml:space="preserve">   - Week 8: Passion Project (Capstone)</w:t>
      </w:r>
    </w:p>
    <w:p w:rsidR="00A36FB8" w:rsidRDefault="004F5E25">
      <w:pPr>
        <w:pStyle w:val="ListBullet"/>
      </w:pPr>
      <w:r>
        <w:t>3. Daily Reflections</w:t>
      </w:r>
    </w:p>
    <w:p w:rsidR="00A36FB8" w:rsidRDefault="004F5E25">
      <w:pPr>
        <w:pStyle w:val="ListBullet"/>
      </w:pPr>
      <w:r>
        <w:t>4. Assessment &amp; Grading</w:t>
      </w:r>
    </w:p>
    <w:p w:rsidR="00A36FB8" w:rsidRDefault="004F5E25">
      <w:pPr>
        <w:pStyle w:val="ListBullet"/>
      </w:pPr>
      <w:r>
        <w:t>5. Expectations</w:t>
      </w:r>
    </w:p>
    <w:p w:rsidR="00A36FB8" w:rsidRDefault="004F5E25">
      <w:pPr>
        <w:pStyle w:val="ListBullet"/>
      </w:pPr>
      <w:r>
        <w:t>6. Supplies &amp; Materials</w:t>
      </w:r>
    </w:p>
    <w:p w:rsidR="00A36FB8" w:rsidRDefault="004F5E25">
      <w:pPr>
        <w:pStyle w:val="Heading2"/>
      </w:pPr>
      <w:r>
        <w:t>1. Course Description</w:t>
      </w:r>
    </w:p>
    <w:p w:rsidR="00A36FB8" w:rsidRDefault="004F5E25">
      <w:r>
        <w:t xml:space="preserve">This course provides hands-on experience in Media Design, Animation, Culinary Arts, and Woodworking, culminating in a Passion Project where students apply their skills to create a personalized </w:t>
      </w:r>
      <w:r>
        <w:t>final project.</w:t>
      </w:r>
      <w:r>
        <w:br/>
      </w:r>
      <w:r>
        <w:br/>
        <w:t>Students will develop technical skills, creativity, and problem-solving while engaging in practical activities. Each unit will end with a project-based assessment.</w:t>
      </w:r>
    </w:p>
    <w:p w:rsidR="00A36FB8" w:rsidRDefault="004F5E25">
      <w:pPr>
        <w:pStyle w:val="Heading2"/>
      </w:pPr>
      <w:r>
        <w:t>2. Course Schedule &amp; Topics</w:t>
      </w:r>
    </w:p>
    <w:p w:rsidR="00A36FB8" w:rsidRDefault="004F5E25">
      <w:pPr>
        <w:pStyle w:val="Heading3"/>
      </w:pPr>
      <w:r>
        <w:t>Week 1: Media Design (Website Creation)</w:t>
      </w:r>
    </w:p>
    <w:p w:rsidR="00A36FB8" w:rsidRDefault="004F5E25">
      <w:pPr>
        <w:pStyle w:val="ListBullet"/>
      </w:pPr>
      <w:r>
        <w:t xml:space="preserve">Digital </w:t>
      </w:r>
      <w:r>
        <w:t>Safety &amp; Online Presence (Cybersecurity, responsible posting, strong passwords)</w:t>
      </w:r>
    </w:p>
    <w:p w:rsidR="00A36FB8" w:rsidRDefault="004F5E25">
      <w:pPr>
        <w:pStyle w:val="ListBullet"/>
      </w:pPr>
      <w:r>
        <w:t>Logo Creation using Logo.com (Basic design principles, creating and exporting a custom logo)</w:t>
      </w:r>
    </w:p>
    <w:p w:rsidR="00A36FB8" w:rsidRDefault="004F5E25">
      <w:pPr>
        <w:pStyle w:val="ListBullet"/>
      </w:pPr>
      <w:r>
        <w:t>Building a Website on WordPress (Templates, adding text/images, publishing pages)</w:t>
      </w:r>
    </w:p>
    <w:p w:rsidR="00A36FB8" w:rsidRDefault="004F5E25">
      <w:pPr>
        <w:pStyle w:val="ListBullet"/>
      </w:pPr>
      <w:r>
        <w:t>P</w:t>
      </w:r>
      <w:r>
        <w:t>roject: Create a personal website featuring a custom logo and introductory content.</w:t>
      </w:r>
    </w:p>
    <w:p w:rsidR="00A36FB8" w:rsidRDefault="004F5E25">
      <w:pPr>
        <w:pStyle w:val="Heading3"/>
      </w:pPr>
      <w:r>
        <w:t>Week 2 &amp; 3: 3D Design</w:t>
      </w:r>
    </w:p>
    <w:p w:rsidR="00A36FB8" w:rsidRDefault="004F5E25">
      <w:pPr>
        <w:pStyle w:val="ListBullet"/>
      </w:pPr>
      <w:r>
        <w:t>Introduction to 3D digital design</w:t>
      </w:r>
    </w:p>
    <w:p w:rsidR="00A36FB8" w:rsidRDefault="004F5E25">
      <w:pPr>
        <w:pStyle w:val="ListBullet"/>
      </w:pPr>
      <w:r>
        <w:t>3D Basic basics with 3D design software</w:t>
      </w:r>
    </w:p>
    <w:p w:rsidR="00A36FB8" w:rsidRDefault="004F5E25">
      <w:pPr>
        <w:pStyle w:val="ListBullet"/>
      </w:pPr>
      <w:r>
        <w:t>Rapid Prototyping with 3D printer, laser cutter, and foam cutters</w:t>
      </w:r>
    </w:p>
    <w:p w:rsidR="00A36FB8" w:rsidRDefault="004F5E25">
      <w:pPr>
        <w:pStyle w:val="ListBullet"/>
      </w:pPr>
      <w:r>
        <w:lastRenderedPageBreak/>
        <w:t xml:space="preserve">Design Cycle and 3D design </w:t>
      </w:r>
      <w:bookmarkStart w:id="0" w:name="_GoBack"/>
      <w:bookmarkEnd w:id="0"/>
    </w:p>
    <w:p w:rsidR="00A36FB8" w:rsidRDefault="004F5E25">
      <w:pPr>
        <w:pStyle w:val="ListBullet"/>
      </w:pPr>
      <w:r>
        <w:t>Project integration</w:t>
      </w:r>
    </w:p>
    <w:p w:rsidR="00A36FB8" w:rsidRDefault="004F5E25">
      <w:pPr>
        <w:pStyle w:val="ListBullet"/>
      </w:pPr>
      <w:r>
        <w:t>Finalizing the your project</w:t>
      </w:r>
    </w:p>
    <w:p w:rsidR="00A36FB8" w:rsidRDefault="004F5E25">
      <w:pPr>
        <w:pStyle w:val="ListBullet"/>
      </w:pPr>
      <w:r>
        <w:t xml:space="preserve">Project: Create a character add setting using various 3D design techniques </w:t>
      </w:r>
    </w:p>
    <w:p w:rsidR="00A36FB8" w:rsidRDefault="004F5E25">
      <w:pPr>
        <w:pStyle w:val="Heading3"/>
      </w:pPr>
      <w:r>
        <w:t>Week 4 &amp; 5: Culinary Arts Basics</w:t>
      </w:r>
    </w:p>
    <w:p w:rsidR="00A36FB8" w:rsidRDefault="004F5E25">
      <w:pPr>
        <w:pStyle w:val="ListBullet"/>
      </w:pPr>
      <w:r>
        <w:t>Kitchen &amp; Food Safety (Sanitation, cross-contamination, knife safety)</w:t>
      </w:r>
    </w:p>
    <w:p w:rsidR="00A36FB8" w:rsidRDefault="004F5E25">
      <w:pPr>
        <w:pStyle w:val="ListBullet"/>
      </w:pPr>
      <w:r>
        <w:t>Basic Baking (Measuring, dough mixing, making cookies/muffins)</w:t>
      </w:r>
    </w:p>
    <w:p w:rsidR="00A36FB8" w:rsidRDefault="004F5E25">
      <w:pPr>
        <w:pStyle w:val="ListBullet"/>
      </w:pPr>
      <w:r>
        <w:t>Stovetop Cooking (Boiling, sautéing, pan-frying)</w:t>
      </w:r>
    </w:p>
    <w:p w:rsidR="00A36FB8" w:rsidRDefault="004F5E25">
      <w:pPr>
        <w:pStyle w:val="ListBullet"/>
      </w:pPr>
      <w:r>
        <w:t xml:space="preserve">Recipe Reading </w:t>
      </w:r>
      <w:r>
        <w:t>&amp; Meal Planning</w:t>
      </w:r>
    </w:p>
    <w:p w:rsidR="00A36FB8" w:rsidRDefault="004F5E25">
      <w:pPr>
        <w:pStyle w:val="ListBullet"/>
      </w:pPr>
      <w:r>
        <w:t>Practical Cooking Session</w:t>
      </w:r>
    </w:p>
    <w:p w:rsidR="00A36FB8" w:rsidRDefault="004F5E25">
      <w:pPr>
        <w:pStyle w:val="ListBullet"/>
      </w:pPr>
      <w:r>
        <w:t>Project: Prepare and present a simple dish demonstrating learned techniques.</w:t>
      </w:r>
    </w:p>
    <w:p w:rsidR="00A36FB8" w:rsidRDefault="004F5E25">
      <w:pPr>
        <w:pStyle w:val="Heading3"/>
      </w:pPr>
      <w:r>
        <w:t>Week 6 &amp; 7: Woodworking (Building a Stool)</w:t>
      </w:r>
    </w:p>
    <w:p w:rsidR="00A36FB8" w:rsidRDefault="004F5E25">
      <w:pPr>
        <w:pStyle w:val="ListBullet"/>
      </w:pPr>
      <w:r>
        <w:t>Shop Safety (Safe use of drill press, compound mitre saw, clamps, and hand tools)</w:t>
      </w:r>
    </w:p>
    <w:p w:rsidR="00A36FB8" w:rsidRDefault="004F5E25">
      <w:pPr>
        <w:pStyle w:val="ListBullet"/>
      </w:pPr>
      <w:r>
        <w:t>Basic Woodwo</w:t>
      </w:r>
      <w:r>
        <w:t>rking Techniques (Measuring, cutting, sanding, assembling)</w:t>
      </w:r>
    </w:p>
    <w:p w:rsidR="00A36FB8" w:rsidRDefault="004F5E25">
      <w:pPr>
        <w:pStyle w:val="ListBullet"/>
      </w:pPr>
      <w:r>
        <w:t>Building a Stool (Planning, cutting, assembling, finishing)</w:t>
      </w:r>
    </w:p>
    <w:p w:rsidR="00A36FB8" w:rsidRDefault="004F5E25">
      <w:pPr>
        <w:pStyle w:val="ListBullet"/>
      </w:pPr>
      <w:r>
        <w:t>Project Refinement &amp; Safety Check</w:t>
      </w:r>
    </w:p>
    <w:p w:rsidR="00A36FB8" w:rsidRDefault="004F5E25">
      <w:pPr>
        <w:pStyle w:val="ListBullet"/>
      </w:pPr>
      <w:r>
        <w:t>Project: Construct a wooden stool following a step-by-step process.</w:t>
      </w:r>
    </w:p>
    <w:p w:rsidR="00A36FB8" w:rsidRDefault="004F5E25">
      <w:pPr>
        <w:pStyle w:val="Heading3"/>
      </w:pPr>
      <w:r>
        <w:t>Week 8: Passion Project (Capstone)</w:t>
      </w:r>
    </w:p>
    <w:p w:rsidR="00A36FB8" w:rsidRDefault="004F5E25">
      <w:pPr>
        <w:pStyle w:val="ListBullet"/>
      </w:pPr>
      <w:r>
        <w:t>Project Proposal &amp; Planning</w:t>
      </w:r>
    </w:p>
    <w:p w:rsidR="00A36FB8" w:rsidRDefault="004F5E25">
      <w:pPr>
        <w:pStyle w:val="ListBullet"/>
      </w:pPr>
      <w:r>
        <w:t>Self-directed work with instructor guidance</w:t>
      </w:r>
    </w:p>
    <w:p w:rsidR="00A36FB8" w:rsidRDefault="004F5E25">
      <w:pPr>
        <w:pStyle w:val="ListBullet"/>
      </w:pPr>
      <w:r>
        <w:t>Final Presentation &amp; Reflection</w:t>
      </w:r>
    </w:p>
    <w:p w:rsidR="00A36FB8" w:rsidRDefault="004F5E25">
      <w:pPr>
        <w:pStyle w:val="ListBullet"/>
      </w:pPr>
      <w:r>
        <w:t>Examples: Website portfolio, short animation, custom recipe, woodworking project.</w:t>
      </w:r>
    </w:p>
    <w:p w:rsidR="00A36FB8" w:rsidRDefault="004F5E25">
      <w:pPr>
        <w:pStyle w:val="ListBullet"/>
      </w:pPr>
      <w:r>
        <w:t>Project: Apply skills from any previous unit to create a final project</w:t>
      </w:r>
      <w:r>
        <w:t xml:space="preserve"> of choice.</w:t>
      </w:r>
    </w:p>
    <w:p w:rsidR="00A36FB8" w:rsidRDefault="004F5E25">
      <w:pPr>
        <w:pStyle w:val="Heading2"/>
      </w:pPr>
      <w:r>
        <w:t>3. Daily Reflections</w:t>
      </w:r>
    </w:p>
    <w:p w:rsidR="00A36FB8" w:rsidRDefault="004F5E25">
      <w:r>
        <w:t>At the end of each class, students will complete a short daily reflection to summarize what they learned, identify challenges, and set goals for the next class.</w:t>
      </w:r>
    </w:p>
    <w:p w:rsidR="00A36FB8" w:rsidRDefault="004F5E25">
      <w:r>
        <w:t>Reflection format (written or digital journal entry):</w:t>
      </w:r>
    </w:p>
    <w:p w:rsidR="00A36FB8" w:rsidRDefault="004F5E25">
      <w:r>
        <w:t xml:space="preserve">1. What </w:t>
      </w:r>
      <w:r>
        <w:t>did you learn today?</w:t>
      </w:r>
    </w:p>
    <w:p w:rsidR="00A36FB8" w:rsidRDefault="004F5E25">
      <w:r>
        <w:t>2. What was challenging?</w:t>
      </w:r>
    </w:p>
    <w:p w:rsidR="00A36FB8" w:rsidRDefault="004F5E25">
      <w:r>
        <w:t>3. What is your goal for the next class?</w:t>
      </w:r>
    </w:p>
    <w:sectPr w:rsidR="00A36FB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F5E25"/>
    <w:rsid w:val="00A36FB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6BCEA1"/>
  <w14:defaultImageDpi w14:val="300"/>
  <w15:docId w15:val="{C0B17531-725F-445A-9F84-44EF4E1E4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3EE678-FD9D-4096-8737-319DC69E3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Leitch</cp:lastModifiedBy>
  <cp:revision>2</cp:revision>
  <dcterms:created xsi:type="dcterms:W3CDTF">2025-03-19T14:55:00Z</dcterms:created>
  <dcterms:modified xsi:type="dcterms:W3CDTF">2025-03-19T14:55:00Z</dcterms:modified>
  <cp:category/>
</cp:coreProperties>
</file>