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35B41" w:rsidRDefault="00DD502B">
      <w:pPr>
        <w:pStyle w:val="Heading1"/>
      </w:pPr>
      <w:r>
        <w:t>ADST Assessment &amp; Grading Sheet</w:t>
      </w:r>
    </w:p>
    <w:p w:rsidR="00C35B41" w:rsidRDefault="00DD502B">
      <w:r>
        <w:t xml:space="preserve">This document is used to assess student performance in each ADST unit. Each student will receive a copy after grading to track their progress. The daily reflection mark will be recorded separately but included in the </w:t>
      </w:r>
      <w:r>
        <w:t>overall grade.</w:t>
      </w:r>
    </w:p>
    <w:p w:rsidR="00C35B41" w:rsidRDefault="00DD502B">
      <w:r>
        <w:br w:type="page"/>
      </w:r>
    </w:p>
    <w:p w:rsidR="00C35B41" w:rsidRDefault="00DD502B">
      <w:pPr>
        <w:pStyle w:val="Heading2"/>
      </w:pPr>
      <w:r>
        <w:lastRenderedPageBreak/>
        <w:t>Week 1: Media Design (Website Creation)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78"/>
        <w:gridCol w:w="2876"/>
        <w:gridCol w:w="2876"/>
      </w:tblGrid>
      <w:tr w:rsidR="00C35B41">
        <w:tc>
          <w:tcPr>
            <w:tcW w:w="2880" w:type="dxa"/>
          </w:tcPr>
          <w:p w:rsidR="00C35B41" w:rsidRDefault="00DD502B">
            <w:r>
              <w:rPr>
                <w:b/>
                <w:sz w:val="24"/>
              </w:rPr>
              <w:t>Criteria</w:t>
            </w:r>
          </w:p>
        </w:tc>
        <w:tc>
          <w:tcPr>
            <w:tcW w:w="2880" w:type="dxa"/>
          </w:tcPr>
          <w:p w:rsidR="00C35B41" w:rsidRDefault="00DD502B">
            <w:r>
              <w:rPr>
                <w:b/>
                <w:sz w:val="24"/>
              </w:rPr>
              <w:t>Weight (%)</w:t>
            </w:r>
          </w:p>
        </w:tc>
        <w:tc>
          <w:tcPr>
            <w:tcW w:w="2880" w:type="dxa"/>
          </w:tcPr>
          <w:p w:rsidR="00C35B41" w:rsidRDefault="00DD502B">
            <w:r>
              <w:rPr>
                <w:b/>
                <w:sz w:val="24"/>
              </w:rPr>
              <w:t>Score</w:t>
            </w:r>
          </w:p>
        </w:tc>
      </w:tr>
      <w:tr w:rsidR="00C35B41">
        <w:tc>
          <w:tcPr>
            <w:tcW w:w="2880" w:type="dxa"/>
          </w:tcPr>
          <w:p w:rsidR="00C35B41" w:rsidRDefault="00DD502B">
            <w:r>
              <w:t>Digital Safety &amp; Online Presence (Cybersecurity, responsible posting, strong passwords)</w:t>
            </w:r>
          </w:p>
        </w:tc>
        <w:tc>
          <w:tcPr>
            <w:tcW w:w="2880" w:type="dxa"/>
          </w:tcPr>
          <w:p w:rsidR="00C35B41" w:rsidRDefault="00DD502B">
            <w:r>
              <w:t>______ %</w:t>
            </w:r>
          </w:p>
        </w:tc>
        <w:tc>
          <w:tcPr>
            <w:tcW w:w="2880" w:type="dxa"/>
          </w:tcPr>
          <w:p w:rsidR="00C35B41" w:rsidRDefault="00DD502B">
            <w:r>
              <w:t>______ / 100</w:t>
            </w:r>
          </w:p>
        </w:tc>
      </w:tr>
      <w:tr w:rsidR="00C35B41">
        <w:tc>
          <w:tcPr>
            <w:tcW w:w="2880" w:type="dxa"/>
          </w:tcPr>
          <w:p w:rsidR="00C35B41" w:rsidRDefault="00DD502B">
            <w:r>
              <w:t>Logo Creation using Logo.com (Basic design principles, creati</w:t>
            </w:r>
            <w:r>
              <w:t>ng and exporting a custom logo)</w:t>
            </w:r>
          </w:p>
        </w:tc>
        <w:tc>
          <w:tcPr>
            <w:tcW w:w="2880" w:type="dxa"/>
          </w:tcPr>
          <w:p w:rsidR="00C35B41" w:rsidRDefault="00DD502B">
            <w:r>
              <w:t>______ %</w:t>
            </w:r>
          </w:p>
        </w:tc>
        <w:tc>
          <w:tcPr>
            <w:tcW w:w="2880" w:type="dxa"/>
          </w:tcPr>
          <w:p w:rsidR="00C35B41" w:rsidRDefault="00DD502B">
            <w:r>
              <w:t>______ / 100</w:t>
            </w:r>
          </w:p>
        </w:tc>
      </w:tr>
      <w:tr w:rsidR="00C35B41">
        <w:tc>
          <w:tcPr>
            <w:tcW w:w="2880" w:type="dxa"/>
          </w:tcPr>
          <w:p w:rsidR="00C35B41" w:rsidRDefault="00DD502B">
            <w:r>
              <w:t>Building a Website on WordPress (Templates, adding text/images, publishing pages)</w:t>
            </w:r>
          </w:p>
        </w:tc>
        <w:tc>
          <w:tcPr>
            <w:tcW w:w="2880" w:type="dxa"/>
          </w:tcPr>
          <w:p w:rsidR="00C35B41" w:rsidRDefault="00DD502B">
            <w:r>
              <w:t>______ %</w:t>
            </w:r>
          </w:p>
        </w:tc>
        <w:tc>
          <w:tcPr>
            <w:tcW w:w="2880" w:type="dxa"/>
          </w:tcPr>
          <w:p w:rsidR="00C35B41" w:rsidRDefault="00DD502B">
            <w:r>
              <w:t>______ / 100</w:t>
            </w:r>
          </w:p>
        </w:tc>
      </w:tr>
      <w:tr w:rsidR="00C35B41">
        <w:tc>
          <w:tcPr>
            <w:tcW w:w="2880" w:type="dxa"/>
          </w:tcPr>
          <w:p w:rsidR="00C35B41" w:rsidRDefault="00DD502B">
            <w:r>
              <w:t>Project: Create a personal website featuring a custom logo and introductory content.</w:t>
            </w:r>
          </w:p>
        </w:tc>
        <w:tc>
          <w:tcPr>
            <w:tcW w:w="2880" w:type="dxa"/>
          </w:tcPr>
          <w:p w:rsidR="00C35B41" w:rsidRDefault="00DD502B">
            <w:r>
              <w:t>______ %</w:t>
            </w:r>
          </w:p>
        </w:tc>
        <w:tc>
          <w:tcPr>
            <w:tcW w:w="2880" w:type="dxa"/>
          </w:tcPr>
          <w:p w:rsidR="00C35B41" w:rsidRDefault="00DD502B">
            <w:r>
              <w:t>__</w:t>
            </w:r>
            <w:r>
              <w:t>____ / 100</w:t>
            </w:r>
          </w:p>
        </w:tc>
      </w:tr>
    </w:tbl>
    <w:p w:rsidR="00C35B41" w:rsidRDefault="00DD502B">
      <w:r>
        <w:br/>
        <w:t>**Instructor Comments:**</w:t>
      </w:r>
    </w:p>
    <w:p w:rsidR="00C35B41" w:rsidRDefault="00DD502B">
      <w:r>
        <w:t>__________________________________________________________________</w:t>
      </w:r>
    </w:p>
    <w:p w:rsidR="00C35B41" w:rsidRDefault="00DD502B">
      <w:r>
        <w:t>__________________________________________________________________</w:t>
      </w:r>
    </w:p>
    <w:p w:rsidR="00C35B41" w:rsidRDefault="00DD502B">
      <w:r>
        <w:t>__________________________________________________________________</w:t>
      </w:r>
    </w:p>
    <w:p w:rsidR="00C35B41" w:rsidRDefault="00DD502B">
      <w:r>
        <w:br/>
        <w:t>**Final Grade:**</w:t>
      </w:r>
      <w:r>
        <w:t xml:space="preserve"> ______ / 100</w:t>
      </w:r>
    </w:p>
    <w:p w:rsidR="00C35B41" w:rsidRDefault="00DD502B">
      <w:r>
        <w:br w:type="page"/>
      </w:r>
    </w:p>
    <w:p w:rsidR="00C35B41" w:rsidRDefault="00DD502B">
      <w:pPr>
        <w:pStyle w:val="Heading2"/>
      </w:pPr>
      <w:r>
        <w:lastRenderedPageBreak/>
        <w:t>Week 2 &amp; 3: 3D Design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77"/>
        <w:gridCol w:w="2877"/>
        <w:gridCol w:w="2876"/>
      </w:tblGrid>
      <w:tr w:rsidR="00C35B41">
        <w:tc>
          <w:tcPr>
            <w:tcW w:w="2880" w:type="dxa"/>
          </w:tcPr>
          <w:p w:rsidR="00C35B41" w:rsidRDefault="00DD502B">
            <w:r>
              <w:rPr>
                <w:b/>
                <w:sz w:val="24"/>
              </w:rPr>
              <w:t>Criteria</w:t>
            </w:r>
          </w:p>
        </w:tc>
        <w:tc>
          <w:tcPr>
            <w:tcW w:w="2880" w:type="dxa"/>
          </w:tcPr>
          <w:p w:rsidR="00C35B41" w:rsidRDefault="00DD502B">
            <w:r>
              <w:rPr>
                <w:b/>
                <w:sz w:val="24"/>
              </w:rPr>
              <w:t>Weight (%)</w:t>
            </w:r>
          </w:p>
        </w:tc>
        <w:tc>
          <w:tcPr>
            <w:tcW w:w="2880" w:type="dxa"/>
          </w:tcPr>
          <w:p w:rsidR="00C35B41" w:rsidRDefault="00DD502B">
            <w:r>
              <w:rPr>
                <w:b/>
                <w:sz w:val="24"/>
              </w:rPr>
              <w:t>Score</w:t>
            </w:r>
          </w:p>
        </w:tc>
      </w:tr>
      <w:tr w:rsidR="00C35B41">
        <w:tc>
          <w:tcPr>
            <w:tcW w:w="2880" w:type="dxa"/>
          </w:tcPr>
          <w:p w:rsidR="00C35B41" w:rsidRDefault="00DD502B">
            <w:r>
              <w:t>Introduction to Eldritch Foundry</w:t>
            </w:r>
          </w:p>
        </w:tc>
        <w:tc>
          <w:tcPr>
            <w:tcW w:w="2880" w:type="dxa"/>
          </w:tcPr>
          <w:p w:rsidR="00C35B41" w:rsidRDefault="00DD502B">
            <w:r>
              <w:t>______ %</w:t>
            </w:r>
          </w:p>
        </w:tc>
        <w:tc>
          <w:tcPr>
            <w:tcW w:w="2880" w:type="dxa"/>
          </w:tcPr>
          <w:p w:rsidR="00C35B41" w:rsidRDefault="00DD502B">
            <w:r>
              <w:t>______ / 100</w:t>
            </w:r>
          </w:p>
        </w:tc>
      </w:tr>
      <w:tr w:rsidR="00C35B41">
        <w:tc>
          <w:tcPr>
            <w:tcW w:w="2880" w:type="dxa"/>
          </w:tcPr>
          <w:p w:rsidR="00C35B41" w:rsidRDefault="00DD502B">
            <w:r>
              <w:t>3D design Basics, STL. File creation</w:t>
            </w:r>
          </w:p>
        </w:tc>
        <w:tc>
          <w:tcPr>
            <w:tcW w:w="2880" w:type="dxa"/>
          </w:tcPr>
          <w:p w:rsidR="00C35B41" w:rsidRDefault="00DD502B">
            <w:r>
              <w:t>______ %</w:t>
            </w:r>
          </w:p>
        </w:tc>
        <w:tc>
          <w:tcPr>
            <w:tcW w:w="2880" w:type="dxa"/>
          </w:tcPr>
          <w:p w:rsidR="00C35B41" w:rsidRDefault="00DD502B">
            <w:r>
              <w:t>_</w:t>
            </w:r>
            <w:r>
              <w:t>_____ / 100</w:t>
            </w:r>
          </w:p>
        </w:tc>
      </w:tr>
      <w:tr w:rsidR="00C35B41">
        <w:tc>
          <w:tcPr>
            <w:tcW w:w="2880" w:type="dxa"/>
          </w:tcPr>
          <w:p w:rsidR="00C35B41" w:rsidRDefault="00DD502B">
            <w:r>
              <w:t>3D printing</w:t>
            </w:r>
          </w:p>
        </w:tc>
        <w:tc>
          <w:tcPr>
            <w:tcW w:w="2880" w:type="dxa"/>
          </w:tcPr>
          <w:p w:rsidR="00C35B41" w:rsidRDefault="00DD502B">
            <w:r>
              <w:t>______ %</w:t>
            </w:r>
          </w:p>
        </w:tc>
        <w:tc>
          <w:tcPr>
            <w:tcW w:w="2880" w:type="dxa"/>
          </w:tcPr>
          <w:p w:rsidR="00C35B41" w:rsidRDefault="00DD502B">
            <w:r>
              <w:t>______ / 100</w:t>
            </w:r>
          </w:p>
        </w:tc>
      </w:tr>
      <w:tr w:rsidR="00C35B41">
        <w:tc>
          <w:tcPr>
            <w:tcW w:w="2880" w:type="dxa"/>
          </w:tcPr>
          <w:p w:rsidR="00C35B41" w:rsidRDefault="00DD502B">
            <w:r>
              <w:t>Rapid Prototyping</w:t>
            </w:r>
          </w:p>
        </w:tc>
        <w:tc>
          <w:tcPr>
            <w:tcW w:w="2880" w:type="dxa"/>
          </w:tcPr>
          <w:p w:rsidR="00C35B41" w:rsidRDefault="00DD502B">
            <w:r>
              <w:t>______ %</w:t>
            </w:r>
          </w:p>
        </w:tc>
        <w:tc>
          <w:tcPr>
            <w:tcW w:w="2880" w:type="dxa"/>
          </w:tcPr>
          <w:p w:rsidR="00C35B41" w:rsidRDefault="00DD502B">
            <w:r>
              <w:t>______ / 100</w:t>
            </w:r>
          </w:p>
        </w:tc>
      </w:tr>
      <w:tr w:rsidR="00C35B41">
        <w:tc>
          <w:tcPr>
            <w:tcW w:w="2880" w:type="dxa"/>
          </w:tcPr>
          <w:p w:rsidR="00C35B41" w:rsidRDefault="00DD502B" w:rsidP="00DD502B">
            <w:r>
              <w:t xml:space="preserve">Foam Cutting and </w:t>
            </w:r>
            <w:proofErr w:type="spellStart"/>
            <w:r>
              <w:t>Nichrome</w:t>
            </w:r>
            <w:proofErr w:type="spellEnd"/>
            <w:r>
              <w:t xml:space="preserve"> wire</w:t>
            </w:r>
          </w:p>
        </w:tc>
        <w:tc>
          <w:tcPr>
            <w:tcW w:w="2880" w:type="dxa"/>
          </w:tcPr>
          <w:p w:rsidR="00C35B41" w:rsidRDefault="00DD502B">
            <w:r>
              <w:t>_</w:t>
            </w:r>
            <w:r>
              <w:t>_____ %</w:t>
            </w:r>
          </w:p>
        </w:tc>
        <w:tc>
          <w:tcPr>
            <w:tcW w:w="2880" w:type="dxa"/>
          </w:tcPr>
          <w:p w:rsidR="00C35B41" w:rsidRDefault="00DD502B">
            <w:r>
              <w:t>______ / 100</w:t>
            </w:r>
          </w:p>
        </w:tc>
      </w:tr>
      <w:tr w:rsidR="00C35B41">
        <w:tc>
          <w:tcPr>
            <w:tcW w:w="2880" w:type="dxa"/>
          </w:tcPr>
          <w:p w:rsidR="00C35B41" w:rsidRDefault="00DD502B">
            <w:r>
              <w:t>Daily reflections</w:t>
            </w:r>
          </w:p>
        </w:tc>
        <w:tc>
          <w:tcPr>
            <w:tcW w:w="2880" w:type="dxa"/>
          </w:tcPr>
          <w:p w:rsidR="00C35B41" w:rsidRDefault="00DD502B">
            <w:r>
              <w:t>______ %</w:t>
            </w:r>
          </w:p>
        </w:tc>
        <w:tc>
          <w:tcPr>
            <w:tcW w:w="2880" w:type="dxa"/>
          </w:tcPr>
          <w:p w:rsidR="00C35B41" w:rsidRDefault="00DD502B">
            <w:r>
              <w:t>______ / 100</w:t>
            </w:r>
          </w:p>
        </w:tc>
      </w:tr>
      <w:tr w:rsidR="00C35B41">
        <w:tc>
          <w:tcPr>
            <w:tcW w:w="2880" w:type="dxa"/>
          </w:tcPr>
          <w:p w:rsidR="00C35B41" w:rsidRDefault="00DD502B" w:rsidP="00DD502B">
            <w:r>
              <w:t xml:space="preserve">Project: Create and print a 3D </w:t>
            </w:r>
            <w:proofErr w:type="spellStart"/>
            <w:r>
              <w:t>stl</w:t>
            </w:r>
            <w:proofErr w:type="spellEnd"/>
            <w:r>
              <w:t>. file</w:t>
            </w:r>
          </w:p>
        </w:tc>
        <w:tc>
          <w:tcPr>
            <w:tcW w:w="2880" w:type="dxa"/>
          </w:tcPr>
          <w:p w:rsidR="00C35B41" w:rsidRDefault="00DD502B">
            <w:r>
              <w:t>_</w:t>
            </w:r>
            <w:r>
              <w:t>_____ %</w:t>
            </w:r>
          </w:p>
        </w:tc>
        <w:tc>
          <w:tcPr>
            <w:tcW w:w="2880" w:type="dxa"/>
          </w:tcPr>
          <w:p w:rsidR="00C35B41" w:rsidRDefault="00DD502B">
            <w:r>
              <w:t>______ / 100</w:t>
            </w:r>
          </w:p>
        </w:tc>
      </w:tr>
    </w:tbl>
    <w:p w:rsidR="00C35B41" w:rsidRDefault="00DD502B">
      <w:r>
        <w:br/>
        <w:t>**Instructor Comments:**</w:t>
      </w:r>
    </w:p>
    <w:p w:rsidR="00C35B41" w:rsidRDefault="00DD502B">
      <w:r>
        <w:t>__________________________________________________________________</w:t>
      </w:r>
      <w:bookmarkStart w:id="0" w:name="_GoBack"/>
      <w:bookmarkEnd w:id="0"/>
    </w:p>
    <w:p w:rsidR="00C35B41" w:rsidRDefault="00DD502B">
      <w:r>
        <w:t>__________________________________________________________________</w:t>
      </w:r>
    </w:p>
    <w:p w:rsidR="00C35B41" w:rsidRDefault="00DD502B">
      <w:r>
        <w:t>__________________________________________________________________</w:t>
      </w:r>
    </w:p>
    <w:p w:rsidR="00C35B41" w:rsidRDefault="00DD502B">
      <w:r>
        <w:br/>
        <w:t>**Final Grade:** ______ / 100</w:t>
      </w:r>
    </w:p>
    <w:p w:rsidR="00C35B41" w:rsidRDefault="00DD502B">
      <w:r>
        <w:br w:type="page"/>
      </w:r>
    </w:p>
    <w:p w:rsidR="00C35B41" w:rsidRDefault="00DD502B">
      <w:pPr>
        <w:pStyle w:val="Heading2"/>
      </w:pPr>
      <w:r>
        <w:lastRenderedPageBreak/>
        <w:t>Week 4 &amp; 5: Culinary Arts Basics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78"/>
        <w:gridCol w:w="2876"/>
        <w:gridCol w:w="2876"/>
      </w:tblGrid>
      <w:tr w:rsidR="00C35B41">
        <w:tc>
          <w:tcPr>
            <w:tcW w:w="2880" w:type="dxa"/>
          </w:tcPr>
          <w:p w:rsidR="00C35B41" w:rsidRDefault="00DD502B">
            <w:r>
              <w:rPr>
                <w:b/>
                <w:sz w:val="24"/>
              </w:rPr>
              <w:t>Criteria</w:t>
            </w:r>
          </w:p>
        </w:tc>
        <w:tc>
          <w:tcPr>
            <w:tcW w:w="2880" w:type="dxa"/>
          </w:tcPr>
          <w:p w:rsidR="00C35B41" w:rsidRDefault="00DD502B">
            <w:r>
              <w:rPr>
                <w:b/>
                <w:sz w:val="24"/>
              </w:rPr>
              <w:t>Weight (%)</w:t>
            </w:r>
          </w:p>
        </w:tc>
        <w:tc>
          <w:tcPr>
            <w:tcW w:w="2880" w:type="dxa"/>
          </w:tcPr>
          <w:p w:rsidR="00C35B41" w:rsidRDefault="00DD502B">
            <w:r>
              <w:rPr>
                <w:b/>
                <w:sz w:val="24"/>
              </w:rPr>
              <w:t>Score</w:t>
            </w:r>
          </w:p>
        </w:tc>
      </w:tr>
      <w:tr w:rsidR="00C35B41">
        <w:tc>
          <w:tcPr>
            <w:tcW w:w="2880" w:type="dxa"/>
          </w:tcPr>
          <w:p w:rsidR="00C35B41" w:rsidRDefault="00DD502B">
            <w:r>
              <w:t xml:space="preserve">Kitchen &amp; Food Safety </w:t>
            </w:r>
            <w:r>
              <w:t>(Sanitation, cross-contamination, knife safety)</w:t>
            </w:r>
          </w:p>
        </w:tc>
        <w:tc>
          <w:tcPr>
            <w:tcW w:w="2880" w:type="dxa"/>
          </w:tcPr>
          <w:p w:rsidR="00C35B41" w:rsidRDefault="00DD502B">
            <w:r>
              <w:t>______ %</w:t>
            </w:r>
          </w:p>
        </w:tc>
        <w:tc>
          <w:tcPr>
            <w:tcW w:w="2880" w:type="dxa"/>
          </w:tcPr>
          <w:p w:rsidR="00C35B41" w:rsidRDefault="00DD502B">
            <w:r>
              <w:t>______ / 100</w:t>
            </w:r>
          </w:p>
        </w:tc>
      </w:tr>
      <w:tr w:rsidR="00C35B41">
        <w:tc>
          <w:tcPr>
            <w:tcW w:w="2880" w:type="dxa"/>
          </w:tcPr>
          <w:p w:rsidR="00C35B41" w:rsidRDefault="00DD502B">
            <w:r>
              <w:t>Basic Baking (Measuring, dough mixing, making cookies/muffins)</w:t>
            </w:r>
          </w:p>
        </w:tc>
        <w:tc>
          <w:tcPr>
            <w:tcW w:w="2880" w:type="dxa"/>
          </w:tcPr>
          <w:p w:rsidR="00C35B41" w:rsidRDefault="00DD502B">
            <w:r>
              <w:t>______ %</w:t>
            </w:r>
          </w:p>
        </w:tc>
        <w:tc>
          <w:tcPr>
            <w:tcW w:w="2880" w:type="dxa"/>
          </w:tcPr>
          <w:p w:rsidR="00C35B41" w:rsidRDefault="00DD502B">
            <w:r>
              <w:t>______ / 100</w:t>
            </w:r>
          </w:p>
        </w:tc>
      </w:tr>
      <w:tr w:rsidR="00C35B41">
        <w:tc>
          <w:tcPr>
            <w:tcW w:w="2880" w:type="dxa"/>
          </w:tcPr>
          <w:p w:rsidR="00C35B41" w:rsidRDefault="00DD502B">
            <w:r>
              <w:t>Stovetop Cooking (Boiling, sautéing, pan-frying)</w:t>
            </w:r>
          </w:p>
        </w:tc>
        <w:tc>
          <w:tcPr>
            <w:tcW w:w="2880" w:type="dxa"/>
          </w:tcPr>
          <w:p w:rsidR="00C35B41" w:rsidRDefault="00DD502B">
            <w:r>
              <w:t>______ %</w:t>
            </w:r>
          </w:p>
        </w:tc>
        <w:tc>
          <w:tcPr>
            <w:tcW w:w="2880" w:type="dxa"/>
          </w:tcPr>
          <w:p w:rsidR="00C35B41" w:rsidRDefault="00DD502B">
            <w:r>
              <w:t>______ / 100</w:t>
            </w:r>
          </w:p>
        </w:tc>
      </w:tr>
      <w:tr w:rsidR="00C35B41">
        <w:tc>
          <w:tcPr>
            <w:tcW w:w="2880" w:type="dxa"/>
          </w:tcPr>
          <w:p w:rsidR="00C35B41" w:rsidRDefault="00DD502B">
            <w:r>
              <w:t>Recipe Reading &amp; Meal Plann</w:t>
            </w:r>
            <w:r>
              <w:t>ing</w:t>
            </w:r>
          </w:p>
        </w:tc>
        <w:tc>
          <w:tcPr>
            <w:tcW w:w="2880" w:type="dxa"/>
          </w:tcPr>
          <w:p w:rsidR="00C35B41" w:rsidRDefault="00DD502B">
            <w:r>
              <w:t>______ %</w:t>
            </w:r>
          </w:p>
        </w:tc>
        <w:tc>
          <w:tcPr>
            <w:tcW w:w="2880" w:type="dxa"/>
          </w:tcPr>
          <w:p w:rsidR="00C35B41" w:rsidRDefault="00DD502B">
            <w:r>
              <w:t>______ / 100</w:t>
            </w:r>
          </w:p>
        </w:tc>
      </w:tr>
      <w:tr w:rsidR="00C35B41">
        <w:tc>
          <w:tcPr>
            <w:tcW w:w="2880" w:type="dxa"/>
          </w:tcPr>
          <w:p w:rsidR="00C35B41" w:rsidRDefault="00DD502B">
            <w:r>
              <w:t>Practical Cooking Session</w:t>
            </w:r>
          </w:p>
        </w:tc>
        <w:tc>
          <w:tcPr>
            <w:tcW w:w="2880" w:type="dxa"/>
          </w:tcPr>
          <w:p w:rsidR="00C35B41" w:rsidRDefault="00DD502B">
            <w:r>
              <w:t>______ %</w:t>
            </w:r>
          </w:p>
        </w:tc>
        <w:tc>
          <w:tcPr>
            <w:tcW w:w="2880" w:type="dxa"/>
          </w:tcPr>
          <w:p w:rsidR="00C35B41" w:rsidRDefault="00DD502B">
            <w:r>
              <w:t>______ / 100</w:t>
            </w:r>
          </w:p>
        </w:tc>
      </w:tr>
      <w:tr w:rsidR="00C35B41">
        <w:tc>
          <w:tcPr>
            <w:tcW w:w="2880" w:type="dxa"/>
          </w:tcPr>
          <w:p w:rsidR="00C35B41" w:rsidRDefault="00DD502B">
            <w:r>
              <w:t>Project: Prepare and present a simple dish demonstrating learned techniques.</w:t>
            </w:r>
          </w:p>
        </w:tc>
        <w:tc>
          <w:tcPr>
            <w:tcW w:w="2880" w:type="dxa"/>
          </w:tcPr>
          <w:p w:rsidR="00C35B41" w:rsidRDefault="00DD502B">
            <w:r>
              <w:t>______ %</w:t>
            </w:r>
          </w:p>
        </w:tc>
        <w:tc>
          <w:tcPr>
            <w:tcW w:w="2880" w:type="dxa"/>
          </w:tcPr>
          <w:p w:rsidR="00C35B41" w:rsidRDefault="00DD502B">
            <w:r>
              <w:t>______ / 100</w:t>
            </w:r>
          </w:p>
        </w:tc>
      </w:tr>
    </w:tbl>
    <w:p w:rsidR="00C35B41" w:rsidRDefault="00DD502B">
      <w:r>
        <w:br/>
        <w:t>**Instructor Comments:**</w:t>
      </w:r>
    </w:p>
    <w:p w:rsidR="00C35B41" w:rsidRDefault="00DD502B">
      <w:r>
        <w:t>__________________________________________________________________</w:t>
      </w:r>
    </w:p>
    <w:p w:rsidR="00C35B41" w:rsidRDefault="00DD502B">
      <w:r>
        <w:t>__________________________________________________________________</w:t>
      </w:r>
    </w:p>
    <w:p w:rsidR="00C35B41" w:rsidRDefault="00DD502B">
      <w:r>
        <w:t>__________________________________________________________________</w:t>
      </w:r>
    </w:p>
    <w:p w:rsidR="00C35B41" w:rsidRDefault="00DD502B">
      <w:r>
        <w:br/>
        <w:t>**Final Grade:** ______ / 100</w:t>
      </w:r>
    </w:p>
    <w:p w:rsidR="00C35B41" w:rsidRDefault="00DD502B">
      <w:r>
        <w:br w:type="page"/>
      </w:r>
    </w:p>
    <w:p w:rsidR="00C35B41" w:rsidRDefault="00DD502B">
      <w:pPr>
        <w:pStyle w:val="Heading2"/>
      </w:pPr>
      <w:r>
        <w:lastRenderedPageBreak/>
        <w:t>Week 6 &amp; 7: Woodworkin</w:t>
      </w:r>
      <w:r>
        <w:t>g (Building a Stool)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78"/>
        <w:gridCol w:w="2876"/>
        <w:gridCol w:w="2876"/>
      </w:tblGrid>
      <w:tr w:rsidR="00C35B41">
        <w:tc>
          <w:tcPr>
            <w:tcW w:w="2880" w:type="dxa"/>
          </w:tcPr>
          <w:p w:rsidR="00C35B41" w:rsidRDefault="00DD502B">
            <w:r>
              <w:rPr>
                <w:b/>
                <w:sz w:val="24"/>
              </w:rPr>
              <w:t>Criteria</w:t>
            </w:r>
          </w:p>
        </w:tc>
        <w:tc>
          <w:tcPr>
            <w:tcW w:w="2880" w:type="dxa"/>
          </w:tcPr>
          <w:p w:rsidR="00C35B41" w:rsidRDefault="00DD502B">
            <w:r>
              <w:rPr>
                <w:b/>
                <w:sz w:val="24"/>
              </w:rPr>
              <w:t>Weight (%)</w:t>
            </w:r>
          </w:p>
        </w:tc>
        <w:tc>
          <w:tcPr>
            <w:tcW w:w="2880" w:type="dxa"/>
          </w:tcPr>
          <w:p w:rsidR="00C35B41" w:rsidRDefault="00DD502B">
            <w:r>
              <w:rPr>
                <w:b/>
                <w:sz w:val="24"/>
              </w:rPr>
              <w:t>Score</w:t>
            </w:r>
          </w:p>
        </w:tc>
      </w:tr>
      <w:tr w:rsidR="00C35B41">
        <w:tc>
          <w:tcPr>
            <w:tcW w:w="2880" w:type="dxa"/>
          </w:tcPr>
          <w:p w:rsidR="00C35B41" w:rsidRDefault="00DD502B">
            <w:r>
              <w:t>Shop Safety (Safe use of drill press, compound mitre saw, clamps, and hand tools)</w:t>
            </w:r>
          </w:p>
        </w:tc>
        <w:tc>
          <w:tcPr>
            <w:tcW w:w="2880" w:type="dxa"/>
          </w:tcPr>
          <w:p w:rsidR="00C35B41" w:rsidRDefault="00DD502B">
            <w:r>
              <w:t>______ %</w:t>
            </w:r>
          </w:p>
        </w:tc>
        <w:tc>
          <w:tcPr>
            <w:tcW w:w="2880" w:type="dxa"/>
          </w:tcPr>
          <w:p w:rsidR="00C35B41" w:rsidRDefault="00DD502B">
            <w:r>
              <w:t>______ / 100</w:t>
            </w:r>
          </w:p>
        </w:tc>
      </w:tr>
      <w:tr w:rsidR="00C35B41">
        <w:tc>
          <w:tcPr>
            <w:tcW w:w="2880" w:type="dxa"/>
          </w:tcPr>
          <w:p w:rsidR="00C35B41" w:rsidRDefault="00DD502B">
            <w:r>
              <w:t>Basic Woodworking Techniques (Measuring, cutting, sanding, assembling)</w:t>
            </w:r>
          </w:p>
        </w:tc>
        <w:tc>
          <w:tcPr>
            <w:tcW w:w="2880" w:type="dxa"/>
          </w:tcPr>
          <w:p w:rsidR="00C35B41" w:rsidRDefault="00DD502B">
            <w:r>
              <w:t>______ %</w:t>
            </w:r>
          </w:p>
        </w:tc>
        <w:tc>
          <w:tcPr>
            <w:tcW w:w="2880" w:type="dxa"/>
          </w:tcPr>
          <w:p w:rsidR="00C35B41" w:rsidRDefault="00DD502B">
            <w:r>
              <w:t>______ / 100</w:t>
            </w:r>
          </w:p>
        </w:tc>
      </w:tr>
      <w:tr w:rsidR="00C35B41">
        <w:tc>
          <w:tcPr>
            <w:tcW w:w="2880" w:type="dxa"/>
          </w:tcPr>
          <w:p w:rsidR="00C35B41" w:rsidRDefault="00DD502B">
            <w:r>
              <w:t xml:space="preserve">Building </w:t>
            </w:r>
            <w:r>
              <w:t>a Stool (Planning, cutting, assembling, finishing)</w:t>
            </w:r>
          </w:p>
        </w:tc>
        <w:tc>
          <w:tcPr>
            <w:tcW w:w="2880" w:type="dxa"/>
          </w:tcPr>
          <w:p w:rsidR="00C35B41" w:rsidRDefault="00DD502B">
            <w:r>
              <w:t>______ %</w:t>
            </w:r>
          </w:p>
        </w:tc>
        <w:tc>
          <w:tcPr>
            <w:tcW w:w="2880" w:type="dxa"/>
          </w:tcPr>
          <w:p w:rsidR="00C35B41" w:rsidRDefault="00DD502B">
            <w:r>
              <w:t>______ / 100</w:t>
            </w:r>
          </w:p>
        </w:tc>
      </w:tr>
      <w:tr w:rsidR="00C35B41">
        <w:tc>
          <w:tcPr>
            <w:tcW w:w="2880" w:type="dxa"/>
          </w:tcPr>
          <w:p w:rsidR="00C35B41" w:rsidRDefault="00DD502B">
            <w:r>
              <w:t>Project Refinement &amp; Safety Check</w:t>
            </w:r>
          </w:p>
        </w:tc>
        <w:tc>
          <w:tcPr>
            <w:tcW w:w="2880" w:type="dxa"/>
          </w:tcPr>
          <w:p w:rsidR="00C35B41" w:rsidRDefault="00DD502B">
            <w:r>
              <w:t>______ %</w:t>
            </w:r>
          </w:p>
        </w:tc>
        <w:tc>
          <w:tcPr>
            <w:tcW w:w="2880" w:type="dxa"/>
          </w:tcPr>
          <w:p w:rsidR="00C35B41" w:rsidRDefault="00DD502B">
            <w:r>
              <w:t>______ / 100</w:t>
            </w:r>
          </w:p>
        </w:tc>
      </w:tr>
      <w:tr w:rsidR="00C35B41">
        <w:tc>
          <w:tcPr>
            <w:tcW w:w="2880" w:type="dxa"/>
          </w:tcPr>
          <w:p w:rsidR="00C35B41" w:rsidRDefault="00DD502B">
            <w:r>
              <w:t>Project: Construct a wooden stool following a step-by-step process.</w:t>
            </w:r>
          </w:p>
        </w:tc>
        <w:tc>
          <w:tcPr>
            <w:tcW w:w="2880" w:type="dxa"/>
          </w:tcPr>
          <w:p w:rsidR="00C35B41" w:rsidRDefault="00DD502B">
            <w:r>
              <w:t>______ %</w:t>
            </w:r>
          </w:p>
        </w:tc>
        <w:tc>
          <w:tcPr>
            <w:tcW w:w="2880" w:type="dxa"/>
          </w:tcPr>
          <w:p w:rsidR="00C35B41" w:rsidRDefault="00DD502B">
            <w:r>
              <w:t>______ / 100</w:t>
            </w:r>
          </w:p>
        </w:tc>
      </w:tr>
    </w:tbl>
    <w:p w:rsidR="00C35B41" w:rsidRDefault="00DD502B">
      <w:r>
        <w:br/>
        <w:t>**Instructor Comments:**</w:t>
      </w:r>
    </w:p>
    <w:p w:rsidR="00C35B41" w:rsidRDefault="00DD502B">
      <w:r>
        <w:t>__________________________________________________________________</w:t>
      </w:r>
    </w:p>
    <w:p w:rsidR="00C35B41" w:rsidRDefault="00DD502B">
      <w:r>
        <w:t>__________________________________________________________________</w:t>
      </w:r>
    </w:p>
    <w:p w:rsidR="00C35B41" w:rsidRDefault="00DD502B">
      <w:r>
        <w:t>__________________________________________________________________</w:t>
      </w:r>
    </w:p>
    <w:p w:rsidR="00C35B41" w:rsidRDefault="00DD502B">
      <w:r>
        <w:br/>
        <w:t>**Final Grade:** ______ / 100</w:t>
      </w:r>
    </w:p>
    <w:p w:rsidR="00C35B41" w:rsidRDefault="00DD502B">
      <w:r>
        <w:br w:type="page"/>
      </w:r>
    </w:p>
    <w:p w:rsidR="00C35B41" w:rsidRDefault="00DD502B">
      <w:pPr>
        <w:pStyle w:val="Heading2"/>
      </w:pPr>
      <w:r>
        <w:lastRenderedPageBreak/>
        <w:t>Week 8: Passion Projec</w:t>
      </w:r>
      <w:r>
        <w:t>t (Capstone)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80"/>
        <w:gridCol w:w="2880"/>
        <w:gridCol w:w="2880"/>
      </w:tblGrid>
      <w:tr w:rsidR="00C35B41">
        <w:tc>
          <w:tcPr>
            <w:tcW w:w="2880" w:type="dxa"/>
          </w:tcPr>
          <w:p w:rsidR="00C35B41" w:rsidRDefault="00DD502B">
            <w:r>
              <w:rPr>
                <w:b/>
                <w:sz w:val="24"/>
              </w:rPr>
              <w:t>Criteria</w:t>
            </w:r>
          </w:p>
        </w:tc>
        <w:tc>
          <w:tcPr>
            <w:tcW w:w="2880" w:type="dxa"/>
          </w:tcPr>
          <w:p w:rsidR="00C35B41" w:rsidRDefault="00DD502B">
            <w:r>
              <w:rPr>
                <w:b/>
                <w:sz w:val="24"/>
              </w:rPr>
              <w:t>Weight (%)</w:t>
            </w:r>
          </w:p>
        </w:tc>
        <w:tc>
          <w:tcPr>
            <w:tcW w:w="2880" w:type="dxa"/>
          </w:tcPr>
          <w:p w:rsidR="00C35B41" w:rsidRDefault="00DD502B">
            <w:r>
              <w:rPr>
                <w:b/>
                <w:sz w:val="24"/>
              </w:rPr>
              <w:t>Score</w:t>
            </w:r>
          </w:p>
        </w:tc>
      </w:tr>
      <w:tr w:rsidR="00C35B41">
        <w:tc>
          <w:tcPr>
            <w:tcW w:w="2880" w:type="dxa"/>
          </w:tcPr>
          <w:p w:rsidR="00C35B41" w:rsidRDefault="00DD502B">
            <w:r>
              <w:t>Project Proposal &amp; Planning</w:t>
            </w:r>
          </w:p>
        </w:tc>
        <w:tc>
          <w:tcPr>
            <w:tcW w:w="2880" w:type="dxa"/>
          </w:tcPr>
          <w:p w:rsidR="00C35B41" w:rsidRDefault="00DD502B">
            <w:r>
              <w:t>______ %</w:t>
            </w:r>
          </w:p>
        </w:tc>
        <w:tc>
          <w:tcPr>
            <w:tcW w:w="2880" w:type="dxa"/>
          </w:tcPr>
          <w:p w:rsidR="00C35B41" w:rsidRDefault="00DD502B">
            <w:r>
              <w:t>______ / 100</w:t>
            </w:r>
          </w:p>
        </w:tc>
      </w:tr>
      <w:tr w:rsidR="00C35B41">
        <w:tc>
          <w:tcPr>
            <w:tcW w:w="2880" w:type="dxa"/>
          </w:tcPr>
          <w:p w:rsidR="00C35B41" w:rsidRDefault="00DD502B">
            <w:r>
              <w:t>Self-directed work with instructor guidance</w:t>
            </w:r>
          </w:p>
        </w:tc>
        <w:tc>
          <w:tcPr>
            <w:tcW w:w="2880" w:type="dxa"/>
          </w:tcPr>
          <w:p w:rsidR="00C35B41" w:rsidRDefault="00DD502B">
            <w:r>
              <w:t>______ %</w:t>
            </w:r>
          </w:p>
        </w:tc>
        <w:tc>
          <w:tcPr>
            <w:tcW w:w="2880" w:type="dxa"/>
          </w:tcPr>
          <w:p w:rsidR="00C35B41" w:rsidRDefault="00DD502B">
            <w:r>
              <w:t>______ / 100</w:t>
            </w:r>
          </w:p>
        </w:tc>
      </w:tr>
      <w:tr w:rsidR="00C35B41">
        <w:tc>
          <w:tcPr>
            <w:tcW w:w="2880" w:type="dxa"/>
          </w:tcPr>
          <w:p w:rsidR="00C35B41" w:rsidRDefault="00DD502B">
            <w:r>
              <w:t>Final Presentation &amp; Reflection</w:t>
            </w:r>
          </w:p>
        </w:tc>
        <w:tc>
          <w:tcPr>
            <w:tcW w:w="2880" w:type="dxa"/>
          </w:tcPr>
          <w:p w:rsidR="00C35B41" w:rsidRDefault="00DD502B">
            <w:r>
              <w:t>______ %</w:t>
            </w:r>
          </w:p>
        </w:tc>
        <w:tc>
          <w:tcPr>
            <w:tcW w:w="2880" w:type="dxa"/>
          </w:tcPr>
          <w:p w:rsidR="00C35B41" w:rsidRDefault="00DD502B">
            <w:r>
              <w:t>______ / 100</w:t>
            </w:r>
          </w:p>
        </w:tc>
      </w:tr>
      <w:tr w:rsidR="00C35B41">
        <w:tc>
          <w:tcPr>
            <w:tcW w:w="2880" w:type="dxa"/>
          </w:tcPr>
          <w:p w:rsidR="00C35B41" w:rsidRDefault="00DD502B">
            <w:r>
              <w:t xml:space="preserve">Examples: Website portfolio, short </w:t>
            </w:r>
            <w:r>
              <w:t>animation, custom recipe, woodworking project.</w:t>
            </w:r>
          </w:p>
        </w:tc>
        <w:tc>
          <w:tcPr>
            <w:tcW w:w="2880" w:type="dxa"/>
          </w:tcPr>
          <w:p w:rsidR="00C35B41" w:rsidRDefault="00DD502B">
            <w:r>
              <w:t>______ %</w:t>
            </w:r>
          </w:p>
        </w:tc>
        <w:tc>
          <w:tcPr>
            <w:tcW w:w="2880" w:type="dxa"/>
          </w:tcPr>
          <w:p w:rsidR="00C35B41" w:rsidRDefault="00DD502B">
            <w:r>
              <w:t>______ / 100</w:t>
            </w:r>
          </w:p>
        </w:tc>
      </w:tr>
      <w:tr w:rsidR="00C35B41">
        <w:tc>
          <w:tcPr>
            <w:tcW w:w="2880" w:type="dxa"/>
          </w:tcPr>
          <w:p w:rsidR="00C35B41" w:rsidRDefault="00DD502B">
            <w:r>
              <w:t>Project: Apply skills from any previous unit to create a final project of choice.</w:t>
            </w:r>
          </w:p>
        </w:tc>
        <w:tc>
          <w:tcPr>
            <w:tcW w:w="2880" w:type="dxa"/>
          </w:tcPr>
          <w:p w:rsidR="00C35B41" w:rsidRDefault="00DD502B">
            <w:r>
              <w:t>______ %</w:t>
            </w:r>
          </w:p>
        </w:tc>
        <w:tc>
          <w:tcPr>
            <w:tcW w:w="2880" w:type="dxa"/>
          </w:tcPr>
          <w:p w:rsidR="00C35B41" w:rsidRDefault="00DD502B">
            <w:r>
              <w:t>______ / 100</w:t>
            </w:r>
          </w:p>
        </w:tc>
      </w:tr>
    </w:tbl>
    <w:p w:rsidR="00C35B41" w:rsidRDefault="00DD502B">
      <w:r>
        <w:br/>
        <w:t>**Instructor Comments:**</w:t>
      </w:r>
    </w:p>
    <w:p w:rsidR="00C35B41" w:rsidRDefault="00DD502B">
      <w:r>
        <w:t>_______________________________________________________</w:t>
      </w:r>
      <w:r>
        <w:t>___________</w:t>
      </w:r>
    </w:p>
    <w:p w:rsidR="00C35B41" w:rsidRDefault="00DD502B">
      <w:r>
        <w:t>__________________________________________________________________</w:t>
      </w:r>
    </w:p>
    <w:p w:rsidR="00C35B41" w:rsidRDefault="00DD502B">
      <w:r>
        <w:t>__________________________________________________________________</w:t>
      </w:r>
    </w:p>
    <w:p w:rsidR="00C35B41" w:rsidRDefault="00DD502B">
      <w:r>
        <w:br/>
        <w:t>**Final Grade:** ______ / 100</w:t>
      </w:r>
    </w:p>
    <w:sectPr w:rsidR="00C35B41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35B41"/>
    <w:rsid w:val="00CB0664"/>
    <w:rsid w:val="00DD502B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F7FBDB1"/>
  <w14:defaultImageDpi w14:val="300"/>
  <w15:docId w15:val="{759D5C7E-A5B0-43A2-9E73-7D012113C0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3DA450F9-3C58-422A-87E0-37A9006639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586</Words>
  <Characters>3344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3923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David Leitch</cp:lastModifiedBy>
  <cp:revision>2</cp:revision>
  <dcterms:created xsi:type="dcterms:W3CDTF">2025-03-19T14:59:00Z</dcterms:created>
  <dcterms:modified xsi:type="dcterms:W3CDTF">2025-03-19T14:59:00Z</dcterms:modified>
  <cp:category/>
</cp:coreProperties>
</file>