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4BFF" w:rsidRDefault="00954BFF" w:rsidP="00954BFF">
      <w:pPr>
        <w:pStyle w:val="Heading1"/>
        <w:jc w:val="center"/>
      </w:pPr>
      <w:r>
        <w:t>Meal Plan &amp; Lists</w:t>
      </w:r>
    </w:p>
    <w:p w:rsidR="00954BFF" w:rsidRDefault="00954BFF" w:rsidP="00954BFF">
      <w:pPr>
        <w:pStyle w:val="Heading2"/>
      </w:pPr>
      <w:r>
        <w:t>Name:</w:t>
      </w:r>
    </w:p>
    <w:p w:rsidR="00954BFF" w:rsidRPr="00954BFF" w:rsidRDefault="00954BFF" w:rsidP="00954BFF">
      <w:bookmarkStart w:id="0" w:name="_GoBack"/>
      <w:bookmarkEnd w:id="0"/>
    </w:p>
    <w:p w:rsidR="00954BFF" w:rsidRDefault="00954BFF" w:rsidP="00954BFF">
      <w:pPr>
        <w:pStyle w:val="Heading2"/>
      </w:pPr>
      <w:r>
        <w:t>Date:</w:t>
      </w:r>
    </w:p>
    <w:p w:rsidR="00954BFF" w:rsidRDefault="00954BFF" w:rsidP="00954BFF">
      <w:pPr>
        <w:pStyle w:val="Heading2"/>
      </w:pPr>
    </w:p>
    <w:p w:rsidR="00954BFF" w:rsidRPr="00954BFF" w:rsidRDefault="00954BFF" w:rsidP="00954BFF"/>
    <w:p w:rsidR="00954BFF" w:rsidRDefault="00954BFF" w:rsidP="00954BFF">
      <w:pPr>
        <w:pStyle w:val="Heading2"/>
      </w:pPr>
      <w:r>
        <w:t>Shopping List:</w:t>
      </w:r>
    </w:p>
    <w:p w:rsidR="00954BFF" w:rsidRDefault="00954BFF" w:rsidP="00954BFF">
      <w:pPr>
        <w:pStyle w:val="Heading2"/>
      </w:pPr>
    </w:p>
    <w:p w:rsidR="00954BFF" w:rsidRDefault="00954BFF" w:rsidP="00954BFF">
      <w:pPr>
        <w:pStyle w:val="Heading2"/>
      </w:pPr>
    </w:p>
    <w:p w:rsidR="00954BFF" w:rsidRPr="00954BFF" w:rsidRDefault="00954BFF" w:rsidP="00954BFF"/>
    <w:p w:rsidR="00954BFF" w:rsidRDefault="00954BFF" w:rsidP="00954BFF">
      <w:pPr>
        <w:pStyle w:val="Heading2"/>
      </w:pPr>
    </w:p>
    <w:p w:rsidR="00954BFF" w:rsidRDefault="00954BFF" w:rsidP="00954BFF">
      <w:pPr>
        <w:pStyle w:val="Heading2"/>
      </w:pPr>
    </w:p>
    <w:p w:rsidR="00954BFF" w:rsidRDefault="00954BFF" w:rsidP="00954BFF">
      <w:pPr>
        <w:pStyle w:val="Heading2"/>
      </w:pPr>
      <w:r>
        <w:t>Preparation List:</w:t>
      </w:r>
    </w:p>
    <w:p w:rsidR="00C41CC2" w:rsidRDefault="00C41CC2"/>
    <w:p w:rsidR="00954BFF" w:rsidRDefault="00954BFF"/>
    <w:p w:rsidR="00954BFF" w:rsidRDefault="00954BFF"/>
    <w:p w:rsidR="00954BFF" w:rsidRDefault="00954BFF"/>
    <w:p w:rsidR="00954BFF" w:rsidRDefault="00954BFF"/>
    <w:p w:rsidR="00954BFF" w:rsidRDefault="00954BFF"/>
    <w:p w:rsidR="00954BFF" w:rsidRDefault="00954BFF"/>
    <w:p w:rsidR="00954BFF" w:rsidRDefault="00954BFF"/>
    <w:p w:rsidR="00954BFF" w:rsidRDefault="00954BFF"/>
    <w:p w:rsidR="00954BFF" w:rsidRDefault="00954BFF"/>
    <w:p w:rsidR="00954BFF" w:rsidRDefault="00954BFF"/>
    <w:p w:rsidR="00C41CC2" w:rsidRDefault="00954BFF">
      <w:pPr>
        <w:pStyle w:val="Heading1"/>
        <w:jc w:val="center"/>
      </w:pPr>
      <w:r>
        <w:t>Example Meal Plan &amp; Lists</w:t>
      </w:r>
    </w:p>
    <w:p w:rsidR="00954BFF" w:rsidRDefault="00954BFF">
      <w:pPr>
        <w:pStyle w:val="Heading2"/>
      </w:pPr>
      <w:r>
        <w:t>Name:</w:t>
      </w:r>
    </w:p>
    <w:p w:rsidR="00954BFF" w:rsidRPr="00954BFF" w:rsidRDefault="00954BFF" w:rsidP="00954BFF">
      <w:r>
        <w:t>Dave</w:t>
      </w:r>
    </w:p>
    <w:p w:rsidR="00954BFF" w:rsidRDefault="00954BFF" w:rsidP="00954BFF">
      <w:pPr>
        <w:pStyle w:val="Heading2"/>
      </w:pPr>
      <w:r>
        <w:t>Date</w:t>
      </w:r>
      <w:r>
        <w:t>:</w:t>
      </w:r>
    </w:p>
    <w:p w:rsidR="00954BFF" w:rsidRPr="00954BFF" w:rsidRDefault="00954BFF" w:rsidP="00954BFF">
      <w:r>
        <w:t>April 10, 2024</w:t>
      </w:r>
    </w:p>
    <w:p w:rsidR="00954BFF" w:rsidRDefault="00954BFF">
      <w:pPr>
        <w:pStyle w:val="Heading2"/>
      </w:pPr>
    </w:p>
    <w:p w:rsidR="00C41CC2" w:rsidRDefault="00954BFF">
      <w:pPr>
        <w:pStyle w:val="Heading2"/>
      </w:pPr>
      <w:r>
        <w:t>S</w:t>
      </w:r>
      <w:r>
        <w:t>hopping List:</w:t>
      </w:r>
    </w:p>
    <w:p w:rsidR="00C41CC2" w:rsidRDefault="00954BFF">
      <w:r>
        <w:t>- Main Dish:</w:t>
      </w:r>
      <w:r>
        <w:t xml:space="preserve"> Chicken breasts, Olive oil, Garlic, Fresh herbs.</w:t>
      </w:r>
      <w:r>
        <w:br/>
        <w:t>- Vegetable Side: Fresh broccoli, Salt.</w:t>
      </w:r>
      <w:r>
        <w:br/>
        <w:t>- Starch Side: Potatoes, Milk, Butter.</w:t>
      </w:r>
      <w:r>
        <w:br/>
        <w:t>- Dessert: Unsweetened chocolate, Sugar, Eggs, Vanilla, Flour.</w:t>
      </w:r>
    </w:p>
    <w:p w:rsidR="00C41CC2" w:rsidRDefault="00954BFF">
      <w:pPr>
        <w:pStyle w:val="Heading2"/>
      </w:pPr>
      <w:r>
        <w:t>Preparation List:</w:t>
      </w:r>
    </w:p>
    <w:p w:rsidR="00C41CC2" w:rsidRDefault="00954BFF">
      <w:r>
        <w:t>1. Morning: Defrost chicken, check pantry.</w:t>
      </w:r>
      <w:r>
        <w:br/>
        <w:t xml:space="preserve">2. </w:t>
      </w:r>
      <w:r>
        <w:t>3 Hours Before: Marinate chicken, bake brownies.</w:t>
      </w:r>
      <w:r>
        <w:br/>
        <w:t>3. 1 Hour Before: Boil potatoes, steam broccoli.</w:t>
      </w:r>
      <w:r>
        <w:br/>
        <w:t>4. 30 Minutes Before: Grill chicken, finish potatoes.</w:t>
      </w:r>
    </w:p>
    <w:p w:rsidR="00C41CC2" w:rsidRDefault="00954BFF">
      <w:r>
        <w:t>Tip: Use this example as a guide but feel free to be creative and adapt based on your group's preference</w:t>
      </w:r>
      <w:r>
        <w:t>s and dietary requirements.</w:t>
      </w:r>
    </w:p>
    <w:sectPr w:rsidR="00C41CC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954BFF"/>
    <w:rsid w:val="00AA1D8D"/>
    <w:rsid w:val="00B47730"/>
    <w:rsid w:val="00C41CC2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601A765"/>
  <w14:defaultImageDpi w14:val="300"/>
  <w15:docId w15:val="{D0CB53BF-2FB7-409C-8420-06D6EEA74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77CB824-5C08-4A8D-B07C-9CECCE939D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707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David Leitch</cp:lastModifiedBy>
  <cp:revision>2</cp:revision>
  <dcterms:created xsi:type="dcterms:W3CDTF">2024-04-10T15:18:00Z</dcterms:created>
  <dcterms:modified xsi:type="dcterms:W3CDTF">2024-04-10T15:18:00Z</dcterms:modified>
  <cp:category/>
</cp:coreProperties>
</file>